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– ונהפוך הוא – מסכות וחסד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מגילת אסתר ואת המנהגים העיקריים של 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הערכים של פורים: חסד, אומץ ושמחה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אסתר ומרדכי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מרעישים ברעשן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המגילה מספרת על יהודי ממלכת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פורים חל בי״ד באדר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המנהג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(פורים־שפילים והמן־טאשן)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(ביקור במקום הקשור לאסתר ומרדכי)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(פורים מקומי לזכר הצלת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(מאפים מתוקים וישיבה משפחתית מורחבת)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מגילה, רעשן, תחפושת, אוזני המן. בלתי מוחשי: קריאת המגילה, ונהפוך הוא, מתנות לאביונים, משחק התחפושות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שאסתר פנתה למלך למרות הסכנה כדי להציל את עמה, ולקשר לדוגמה אישית של אומץ בכיתה כמו עמידה על דבר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היצירתית, חשוב שתכלול הסבר קצר מדוע המנהג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יודע להבדיל בין חפצים כמו מגילה ורעשן לבין רעיונות כמו קריאת המגילה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שמצב קשה התהפך לטוב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משלוח מנות או מתנות לאביונים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התנועה ונהפוך הוא כדי להמחיש את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בין חלק הקהילות השונות לרקע התלמידים בכיתה בצורה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משלוח המנות של מורשת מומלץ להכין מראש שקיות ופתקים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– ונהפוך הוא – מסכות וחסד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פורים הוא חג ששמח בזכר ההצלה של יהודי פרס מתוכניתו הרעה של המן, בזכות אסתר ומרדכי. בחג קוראים במגילה, מתחפשים, שולחים משלוחי מנות ונותנים מתנות לאביונים.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משלוח  ·  רעשן  ·  מגילה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הציל את יהודי פרס בסיפור 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דוד ושלמה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אסתר ומרדכי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משה ואהרון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רצה לפגוע ביהודי פרס?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אחשוורוש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מרדכי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כששומעים את השם המן בקריאת המגילה?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מרעישים ברעשן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מוחאים כפיים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פורים התרחש בממלכת פרס.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פורים חל בחודש ניסן.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בפורים קוראים ב__________ את סיפור אסתר ומרדכי.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כששומעים את השם המן מרעישים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שקית עם שני מאכלים ששולחים לחבר נקראת __________ מנות.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המנהג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יהדות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ביקור במקום הקשור לאסתר ומרדכי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יהדות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פורים מקומי לזכר הצלת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לוב ותוניסיה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מאפים מתוקים וישיבה משפחתית מורחבת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יהדות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פורים־שפילים והמן־טאשן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שתי דוגמאות למורשת מוחשית בפורים ושתי דוגמאות למורשת בלתי מוחשית.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אפשר ללמוד מאסתר על אומץ? תנו דוגמה מחיי הכיתה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מנהג פורים הייתם רוצים להמציא ולהעביר הלאה לדורות הבאים?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מוחשי לבלתי מוחשי בפורים?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ונהפוך הוא ולמה זה הרעיון המרכזי של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פורים – ונהפוך הוא – מסכות וחסד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