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פורים – ונהפוך הוא – מסכות וחסד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מגילת אסתר ואת המנהגים העיקריים של 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לבלתי מוחשית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הערכים של פורים: חסד, אומץ ושמחה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אסתר ומרדכי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מרעישים ברעשן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שקית עם לפחות שני מאכלים לחבר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מצב קשה מתהפך לטוב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מהמילה המן־טאשן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המגילה מספרת על יהודי ממלכת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פורים חל בי״ד באדר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נותנים מתנות לאביונים, כלומר לנזקקים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נקראות ההצגות שהתפתחו בקהילות אשכנז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לכל קהילה יש מנהגים משלה כמו פורים מקומי בצפון אפריקה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אביונים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ונהפוך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המנהג לקהילה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(פורים־שפילים והמן־טאשן)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(ביקור במקום הקשור לאסתר ומרדכי)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(פורים מקומי לזכר הצלת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(מאפים מתוקים וישיבה משפחתית מורחבת)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(חגיגת פורים התרחבה אחרי העלייה לישראל)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מוחשי או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מוחשי: מגילה, רעשן, תחפושת, אוזני המן. בלתי מוחשי: קריאת המגילה, ונהפוך הוא, מתנות לאביונים, משחק התחפושות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שכל אחד, גם מי שחסר לו, ישמח בחג וירגיש שייך לקהילה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שאסתר פנתה למלך למרות הסכנה כדי להציל את עמה, ולקשר לדוגמה אישית של אומץ בכיתה כמו עמידה על דבר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היצירתית, חשוב שתכלול הסבר קצר מדוע המנהג 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יודע להבדיל בין חפצים כמו מגילה ורעשן לבין רעיונות כמו קריאת המגילה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מבין שמצב קשה התהפך לטוב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מזכיר משלוח מנות או מתנות לאביונים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התנועה ונהפוך הוא כדי להמחיש את הרעיון המרכזי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בין חלק הקהילות השונות לרקע התלמידים בכיתה בצורה 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לפעילות משלוח המנות של מורשת מומלץ להכין מראש שקיות ופתקים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פורים – ונהפוך הוא – מסכות וחסד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פורים הוא חג שמח. קוראים סיפור על אסתר ומרדכי. מתחפשים. שולחים אוכל לחברים. נותנים מתנות לאנשים עניים.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שבו כתוב סיפור פורים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רעשן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שמרעישים בו כששומעים את השם המן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תחפושת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בגדים שהופכים אותנו לדמות אחרת ליום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משלוח מנות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שקית עם לפחות שני מאכלים ששולחים לחבר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מתנות לאביונים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מתנות לאנשים שחסר להם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ונהפוך הוא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שמצב רע הופך לטוב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אוזני המן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עוגיות משולשות עם מילוי מתוק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קופת צדקה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לאסוף מתנות לאביונים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הציל את היהודים בפורים?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דוד ושלמה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אסתר ומרדכי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משה ואהרון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יעקב ויוסף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היה הרשע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אחשוורוש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מרדכי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כששומעים המן?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מרעישים ברעשן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מוחאים כפיים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משלוח מנות?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שקית עם לפחות שני מאכלים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תחפושת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של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של ונהפוך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הולכים הפוך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 קשה מתהפך לטוב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קוראים את המגילה מהסוף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מתחפשים לדמות רעה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המקור של אוזני המן?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מהמילה המן־טאשן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ממילה בערבית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מהמילה פורים־שפיל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משם של עיר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פורים התרחש בממלכת פרס.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פורים חל בחודש ניסן.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בפורים נותנים מתנות רק לעשירים.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פורים־שפיל הם הצגות מצחיקות על סיפור המגילה.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הקהילות היהודיות חוגגים פורים בדיוק באותו אופן.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בפורים קוראים ב__________ את סיפור אסתר ומרדכי.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כששומעים את השם המן מרעישים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שקית עם שני מאכלים ששולחים לחבר נקראת __________ מנות.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עוגיות משולשות הממולאות בפרג נקראות אוזני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מתנות שנותנים לאנשים שחסר להם נקראות מתנות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הביטוי שמתאר מצב רע שהופך לטוב נקרא __________ הוא.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המנהג לקהילה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יהדות אשכנז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פורים מקומי לזכר הצלת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יהדות פרס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פורים־שפילים והמן־טאשן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לוב ותוניסיה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חגיגת פורים התרחבה אחרי העלייה לישראל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יהדות מרוקו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ביקור במקום הקשור לאסתר ומרדכי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ביתא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מאפים מתוקים וישיבה משפחתית מורחבת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מוחשי או בלתי מוחשי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שתי דוגמאות למורשת מוחשית בפורים ושתי דוגמאות למורשת בלתי מוחשית.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בפורים יש גם מצוות שמחה וגם מצוות נתינה (משלוח מנות ומתנות לאביונים)?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אפשר ללמוד מאסתר על אומץ? תנו דוגמה מחיי הכיתה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מנהג פורים הייתם רוצים להמציא ולהעביר הלאה לדורות הבאים?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מוחשי לבלתי מוחשי בפורים?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ונהפוך הוא ולמה זה הרעיון המרכזי של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לערך חסד בפורים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פורים – ונהפוך הוא – מסכות וחסד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